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052B2" w14:textId="77777777" w:rsidR="00733DAD" w:rsidRDefault="00000000">
      <w:pPr>
        <w:jc w:val="center"/>
      </w:pPr>
      <w:r>
        <w:rPr>
          <w:b/>
          <w:sz w:val="26"/>
        </w:rPr>
        <w:t>EXERCITAREA DREPTURILOR DIN GARANȚIA PENTRU DEFECTE (RECLAMAȚIE)</w:t>
      </w:r>
    </w:p>
    <w:tbl>
      <w:tblPr>
        <w:tblW w:w="0" w:type="auto"/>
        <w:jc w:val="center"/>
        <w:tblLayout w:type="fixed"/>
        <w:tblLook w:val="04A0" w:firstRow="1" w:lastRow="0" w:firstColumn="1" w:lastColumn="0" w:noHBand="0" w:noVBand="1"/>
      </w:tblPr>
      <w:tblGrid>
        <w:gridCol w:w="5270"/>
        <w:gridCol w:w="5270"/>
      </w:tblGrid>
      <w:tr w:rsidR="00733DAD" w14:paraId="32C3E6BC" w14:textId="77777777">
        <w:trPr>
          <w:jc w:val="center"/>
        </w:trPr>
        <w:tc>
          <w:tcPr>
            <w:tcW w:w="5270" w:type="dxa"/>
            <w:tcBorders>
              <w:top w:val="nil"/>
              <w:left w:val="nil"/>
              <w:bottom w:val="nil"/>
              <w:right w:val="nil"/>
            </w:tcBorders>
            <w:vAlign w:val="center"/>
          </w:tcPr>
          <w:p w14:paraId="34414CAF" w14:textId="77777777" w:rsidR="00733DAD" w:rsidRDefault="00000000">
            <w:pPr>
              <w:spacing w:after="0"/>
            </w:pPr>
            <w:r>
              <w:t>Nume și prenume: ........................................................</w:t>
            </w:r>
          </w:p>
        </w:tc>
        <w:tc>
          <w:tcPr>
            <w:tcW w:w="5270" w:type="dxa"/>
            <w:tcBorders>
              <w:top w:val="nil"/>
              <w:left w:val="nil"/>
              <w:bottom w:val="nil"/>
              <w:right w:val="nil"/>
            </w:tcBorders>
            <w:vAlign w:val="center"/>
          </w:tcPr>
          <w:p w14:paraId="48279D21" w14:textId="77777777" w:rsidR="00733DAD" w:rsidRDefault="00000000">
            <w:pPr>
              <w:spacing w:after="0"/>
            </w:pPr>
            <w:r>
              <w:t>DATAMATRIX s.r.o.</w:t>
            </w:r>
          </w:p>
        </w:tc>
      </w:tr>
      <w:tr w:rsidR="00733DAD" w14:paraId="4140E434" w14:textId="77777777">
        <w:trPr>
          <w:jc w:val="center"/>
        </w:trPr>
        <w:tc>
          <w:tcPr>
            <w:tcW w:w="5270" w:type="dxa"/>
            <w:tcBorders>
              <w:top w:val="nil"/>
              <w:left w:val="nil"/>
              <w:bottom w:val="nil"/>
              <w:right w:val="nil"/>
            </w:tcBorders>
            <w:vAlign w:val="center"/>
          </w:tcPr>
          <w:p w14:paraId="20779BC8" w14:textId="77777777" w:rsidR="00733DAD" w:rsidRDefault="00000000">
            <w:pPr>
              <w:spacing w:after="0"/>
            </w:pPr>
            <w:r>
              <w:t>Adresă: ........................................................................</w:t>
            </w:r>
          </w:p>
        </w:tc>
        <w:tc>
          <w:tcPr>
            <w:tcW w:w="5270" w:type="dxa"/>
            <w:tcBorders>
              <w:top w:val="nil"/>
              <w:left w:val="nil"/>
              <w:bottom w:val="nil"/>
              <w:right w:val="nil"/>
            </w:tcBorders>
            <w:vAlign w:val="center"/>
          </w:tcPr>
          <w:p w14:paraId="27A00732" w14:textId="77777777" w:rsidR="00733DAD" w:rsidRDefault="00000000">
            <w:pPr>
              <w:spacing w:after="0"/>
            </w:pPr>
            <w:r>
              <w:t>IČ: 08220697</w:t>
            </w:r>
          </w:p>
        </w:tc>
      </w:tr>
      <w:tr w:rsidR="00733DAD" w14:paraId="286275F1" w14:textId="77777777">
        <w:trPr>
          <w:jc w:val="center"/>
        </w:trPr>
        <w:tc>
          <w:tcPr>
            <w:tcW w:w="5270" w:type="dxa"/>
            <w:tcBorders>
              <w:top w:val="nil"/>
              <w:left w:val="nil"/>
              <w:bottom w:val="nil"/>
              <w:right w:val="nil"/>
            </w:tcBorders>
            <w:vAlign w:val="center"/>
          </w:tcPr>
          <w:p w14:paraId="717F6CF7" w14:textId="77777777" w:rsidR="00733DAD" w:rsidRDefault="00000000">
            <w:pPr>
              <w:spacing w:after="0"/>
            </w:pPr>
            <w:r>
              <w:t>Telefon / e-mail: ...........................................................</w:t>
            </w:r>
          </w:p>
        </w:tc>
        <w:tc>
          <w:tcPr>
            <w:tcW w:w="5270" w:type="dxa"/>
            <w:tcBorders>
              <w:top w:val="nil"/>
              <w:left w:val="nil"/>
              <w:bottom w:val="nil"/>
              <w:right w:val="nil"/>
            </w:tcBorders>
            <w:vAlign w:val="center"/>
          </w:tcPr>
          <w:p w14:paraId="408423E9" w14:textId="77777777" w:rsidR="00733DAD" w:rsidRDefault="00000000">
            <w:pPr>
              <w:spacing w:after="0"/>
            </w:pPr>
            <w:r>
              <w:t>Na Folimance 2155/15, 120 00 Praha</w:t>
            </w:r>
          </w:p>
        </w:tc>
      </w:tr>
      <w:tr w:rsidR="00733DAD" w14:paraId="33B75605" w14:textId="77777777">
        <w:trPr>
          <w:jc w:val="center"/>
        </w:trPr>
        <w:tc>
          <w:tcPr>
            <w:tcW w:w="5270" w:type="dxa"/>
            <w:tcBorders>
              <w:top w:val="nil"/>
              <w:left w:val="nil"/>
              <w:bottom w:val="nil"/>
              <w:right w:val="nil"/>
            </w:tcBorders>
            <w:vAlign w:val="center"/>
          </w:tcPr>
          <w:p w14:paraId="64535F49" w14:textId="77777777" w:rsidR="00733DAD" w:rsidRDefault="00000000">
            <w:pPr>
              <w:spacing w:after="0"/>
            </w:pPr>
            <w:r>
              <w:t>Numărul comenzii / documentului: ...........................................</w:t>
            </w:r>
          </w:p>
        </w:tc>
        <w:tc>
          <w:tcPr>
            <w:tcW w:w="5270" w:type="dxa"/>
            <w:tcBorders>
              <w:top w:val="nil"/>
              <w:left w:val="nil"/>
              <w:bottom w:val="nil"/>
              <w:right w:val="nil"/>
            </w:tcBorders>
            <w:vAlign w:val="center"/>
          </w:tcPr>
          <w:p w14:paraId="6D7B7152" w14:textId="77777777" w:rsidR="00733DAD" w:rsidRDefault="00000000">
            <w:pPr>
              <w:spacing w:after="0"/>
            </w:pPr>
            <w:r>
              <w:t>info@eroute.cz</w:t>
            </w:r>
          </w:p>
        </w:tc>
      </w:tr>
    </w:tbl>
    <w:p w14:paraId="1B6BC1A1" w14:textId="77777777" w:rsidR="00733DAD" w:rsidRDefault="00000000">
      <w:r>
        <w:rPr>
          <w:b/>
        </w:rPr>
        <w:t>Data depunerii reclamației: ........................................</w:t>
      </w:r>
    </w:p>
    <w:p w14:paraId="0FEFFFBA" w14:textId="77777777" w:rsidR="00733DAD" w:rsidRDefault="00000000">
      <w:r>
        <w:rPr>
          <w:b/>
        </w:rPr>
        <w:t>Produsul reclamat:</w:t>
      </w:r>
    </w:p>
    <w:p w14:paraId="05324BEE" w14:textId="77777777" w:rsidR="00733DAD" w:rsidRDefault="00000000">
      <w:r>
        <w:t>................................................................................................................................................................</w:t>
      </w:r>
    </w:p>
    <w:p w14:paraId="75979644" w14:textId="77777777" w:rsidR="00733DAD" w:rsidRDefault="00000000">
      <w:r>
        <w:rPr>
          <w:b/>
        </w:rPr>
        <w:t>Descrierea defectului:</w:t>
      </w:r>
    </w:p>
    <w:p w14:paraId="536CA05E" w14:textId="77777777" w:rsidR="00733DAD" w:rsidRDefault="00000000">
      <w:r>
        <w:t>................................................................................................................................................................</w:t>
      </w:r>
      <w:r>
        <w:br/>
        <w:t>................................................................................................................................................................</w:t>
      </w:r>
    </w:p>
    <w:p w14:paraId="0951251F" w14:textId="77777777" w:rsidR="00733DAD" w:rsidRDefault="00000000">
      <w:r>
        <w:rPr>
          <w:b/>
        </w:rPr>
        <w:t>Modalitatea solicitată de soluționare a reclamației:</w:t>
      </w:r>
    </w:p>
    <w:p w14:paraId="0909CA1E" w14:textId="77777777" w:rsidR="00733DAD" w:rsidRDefault="00000000">
      <w:r>
        <w:t>☐ reparare     ☐ înlocuire     ☐ altă solicitare: ................................................................................................</w:t>
      </w:r>
    </w:p>
    <w:p w14:paraId="579B88AF" w14:textId="77777777" w:rsidR="00733DAD" w:rsidRDefault="00000000">
      <w:r>
        <w:rPr>
          <w:b/>
        </w:rPr>
        <w:t>Modalitatea de predare a produsului reclamat pentru evaluare:</w:t>
      </w:r>
    </w:p>
    <w:p w14:paraId="04D78CBA" w14:textId="77777777" w:rsidR="00733DAD" w:rsidRDefault="00000000">
      <w:r>
        <w:t>☐ tehnician Eroute     ☐ transportator extern     ☐ personal la centrul de service Eroute</w:t>
      </w:r>
    </w:p>
    <w:p w14:paraId="5C3E654E" w14:textId="77777777" w:rsidR="00733DAD" w:rsidRDefault="00000000">
      <w:r>
        <w:rPr>
          <w:i/>
        </w:rPr>
        <w:t>Centrul de service: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544A0C79" w14:textId="77777777">
        <w:trPr>
          <w:jc w:val="center"/>
        </w:trPr>
        <w:tc>
          <w:tcPr>
            <w:tcW w:w="4195" w:type="dxa"/>
          </w:tcPr>
          <w:p w14:paraId="60C141D8" w14:textId="77777777" w:rsidR="00733DAD" w:rsidRDefault="00000000">
            <w:pPr>
              <w:spacing w:after="0"/>
            </w:pPr>
            <w:r>
              <w:t>Data convenită pentru transport / predare:</w:t>
            </w:r>
          </w:p>
        </w:tc>
        <w:tc>
          <w:tcPr>
            <w:tcW w:w="5556" w:type="dxa"/>
          </w:tcPr>
          <w:p w14:paraId="7107D382" w14:textId="77777777" w:rsidR="00733DAD" w:rsidRDefault="00000000">
            <w:pPr>
              <w:spacing w:after="0"/>
            </w:pPr>
            <w:r>
              <w:t>........................................................</w:t>
            </w:r>
          </w:p>
        </w:tc>
      </w:tr>
      <w:tr w:rsidR="00733DAD" w14:paraId="28D80C57" w14:textId="77777777">
        <w:trPr>
          <w:jc w:val="center"/>
        </w:trPr>
        <w:tc>
          <w:tcPr>
            <w:tcW w:w="4195" w:type="dxa"/>
          </w:tcPr>
          <w:p w14:paraId="37CD6D87" w14:textId="77777777" w:rsidR="00733DAD" w:rsidRDefault="00000000">
            <w:pPr>
              <w:spacing w:after="0"/>
            </w:pPr>
            <w:r>
              <w:t>Data livrării / predării către tehnician:</w:t>
            </w:r>
          </w:p>
        </w:tc>
        <w:tc>
          <w:tcPr>
            <w:tcW w:w="5556" w:type="dxa"/>
          </w:tcPr>
          <w:p w14:paraId="5EEF9946" w14:textId="77777777" w:rsidR="00733DAD" w:rsidRDefault="00000000">
            <w:pPr>
              <w:spacing w:after="0"/>
            </w:pPr>
            <w:r>
              <w:t>........................................................</w:t>
            </w:r>
          </w:p>
        </w:tc>
      </w:tr>
      <w:tr w:rsidR="00733DAD" w14:paraId="4F6FD7BB" w14:textId="77777777">
        <w:trPr>
          <w:jc w:val="center"/>
        </w:trPr>
        <w:tc>
          <w:tcPr>
            <w:tcW w:w="4195" w:type="dxa"/>
          </w:tcPr>
          <w:p w14:paraId="035E2D64" w14:textId="77777777" w:rsidR="00733DAD" w:rsidRDefault="00000000">
            <w:pPr>
              <w:spacing w:after="0"/>
            </w:pPr>
            <w:r>
              <w:t>Costul convenit al transportului:</w:t>
            </w:r>
          </w:p>
        </w:tc>
        <w:tc>
          <w:tcPr>
            <w:tcW w:w="5556" w:type="dxa"/>
          </w:tcPr>
          <w:p w14:paraId="4F000941" w14:textId="2FCA8579" w:rsidR="00733DAD" w:rsidRDefault="00000000">
            <w:pPr>
              <w:spacing w:after="0"/>
            </w:pPr>
            <w:r>
              <w:t xml:space="preserve">........................................ </w:t>
            </w:r>
            <w:r w:rsidR="005B266B">
              <w:t>RON</w:t>
            </w:r>
          </w:p>
        </w:tc>
      </w:tr>
    </w:tbl>
    <w:p w14:paraId="65A238D7" w14:textId="51617825" w:rsidR="00733DAD" w:rsidRDefault="00000000" w:rsidP="00A0313B">
      <w:r>
        <w:rPr>
          <w:b/>
        </w:rPr>
        <w:t xml:space="preserve">Informații privind predarea și transportul: În cazul în care transportul este convenit cu vânzătorul, modalitatea, data și costul acestuia se stabilesc în prealabil, iar clientul achită în avans costurile convenite. În cazul în care reclamația este recunoscută ca fiind întemeiată și se confirmă un defect acoperit de garanție, costurile justificate ale transportului convenit vor fi rambursate clientului. Pentru evaluarea reclamației, clientul este obligat să permită examinarea produsului reclamat. Pe perioada în care clientul nu oferă cooperarea necesară și nu permite examinarea produsului, termenul de 30 de zile pentru soluționarea reclamației nu poate curge. Detaliile sunt prevăzute la art. 7.13 din Termenii și condițiile </w:t>
      </w:r>
      <w:proofErr w:type="spellStart"/>
      <w:r>
        <w:rPr>
          <w:b/>
        </w:rPr>
        <w:t>Eroute</w:t>
      </w:r>
      <w:proofErr w:type="spellEnd"/>
      <w:r>
        <w:rPr>
          <w:b/>
        </w:rPr>
        <w:t xml:space="preserve">, </w:t>
      </w:r>
      <w:proofErr w:type="spellStart"/>
      <w:r>
        <w:rPr>
          <w:b/>
        </w:rPr>
        <w:t>disponibili</w:t>
      </w:r>
      <w:proofErr w:type="spellEnd"/>
      <w:r>
        <w:rPr>
          <w:b/>
        </w:rPr>
        <w:t xml:space="preserve"> la </w:t>
      </w:r>
      <w:r w:rsidR="005B266B" w:rsidRPr="005B266B">
        <w:rPr>
          <w:b/>
        </w:rPr>
        <w:t>https://www.eroute.ro/termeni-si-conditii/</w:t>
      </w:r>
      <w:r w:rsidR="005B266B">
        <w:rPr>
          <w:b/>
        </w:rPr>
        <w:t>.</w:t>
      </w:r>
    </w:p>
    <w:p w14:paraId="0151110D"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077DC54B" w14:textId="77777777">
        <w:tc>
          <w:tcPr>
            <w:tcW w:w="5270" w:type="dxa"/>
            <w:tcBorders>
              <w:top w:val="nil"/>
              <w:left w:val="nil"/>
              <w:bottom w:val="nil"/>
              <w:right w:val="nil"/>
            </w:tcBorders>
          </w:tcPr>
          <w:p w14:paraId="1B6B6D18" w14:textId="77777777" w:rsidR="00733DAD" w:rsidRDefault="00000000">
            <w:pPr>
              <w:spacing w:after="0"/>
            </w:pPr>
            <w:r>
              <w:t>În ................................ la data de ...............................</w:t>
            </w:r>
          </w:p>
        </w:tc>
        <w:tc>
          <w:tcPr>
            <w:tcW w:w="5270" w:type="dxa"/>
            <w:tcBorders>
              <w:top w:val="nil"/>
              <w:left w:val="nil"/>
              <w:bottom w:val="nil"/>
              <w:right w:val="nil"/>
            </w:tcBorders>
          </w:tcPr>
          <w:p w14:paraId="0344F529" w14:textId="77777777" w:rsidR="00733DAD" w:rsidRDefault="00000000">
            <w:pPr>
              <w:spacing w:after="0"/>
            </w:pPr>
            <w:r>
              <w:t>Semnătura clientului: ........................................</w:t>
            </w:r>
          </w:p>
        </w:tc>
      </w:tr>
      <w:tr w:rsidR="00733DAD" w14:paraId="7A4FD865" w14:textId="77777777">
        <w:tc>
          <w:tcPr>
            <w:tcW w:w="5270" w:type="dxa"/>
            <w:tcBorders>
              <w:top w:val="nil"/>
              <w:left w:val="nil"/>
              <w:bottom w:val="nil"/>
              <w:right w:val="nil"/>
            </w:tcBorders>
          </w:tcPr>
          <w:p w14:paraId="7F0685D7" w14:textId="77777777" w:rsidR="00733DAD" w:rsidRDefault="00000000">
            <w:pPr>
              <w:spacing w:after="0"/>
            </w:pPr>
            <w:r>
              <w:t>Anexă: copie a documentului de achiziție</w:t>
            </w:r>
          </w:p>
        </w:tc>
        <w:tc>
          <w:tcPr>
            <w:tcW w:w="5270" w:type="dxa"/>
            <w:tcBorders>
              <w:top w:val="nil"/>
              <w:left w:val="nil"/>
              <w:bottom w:val="nil"/>
              <w:right w:val="nil"/>
            </w:tcBorders>
          </w:tcPr>
          <w:p w14:paraId="384997C3" w14:textId="77777777" w:rsidR="00733DAD" w:rsidRDefault="00733DAD">
            <w:pPr>
              <w:spacing w:after="0"/>
            </w:pPr>
          </w:p>
        </w:tc>
      </w:tr>
    </w:tbl>
    <w:p w14:paraId="642DA29C"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5B266B"/>
    <w:rsid w:val="00634BA2"/>
    <w:rsid w:val="00733DAD"/>
    <w:rsid w:val="007B53A4"/>
    <w:rsid w:val="00A0313B"/>
    <w:rsid w:val="00AA1D8D"/>
    <w:rsid w:val="00B47730"/>
    <w:rsid w:val="00B5348E"/>
    <w:rsid w:val="00BC031E"/>
    <w:rsid w:val="00CB0664"/>
    <w:rsid w:val="00E64B24"/>
    <w:rsid w:val="00ED6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38884"/>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234</Words>
  <Characters>2509</Characters>
  <Application>Microsoft Office Word</Application>
  <DocSecurity>0</DocSecurity>
  <Lines>38</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6</cp:revision>
  <dcterms:created xsi:type="dcterms:W3CDTF">2026-10-04T16:27:00Z</dcterms:created>
  <dcterms:modified xsi:type="dcterms:W3CDTF">2026-10-04T17:00:00Z</dcterms:modified>
  <cp:category/>
</cp:coreProperties>
</file>