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27CC7" w14:textId="77777777" w:rsidR="00B123AF" w:rsidRDefault="00000000">
      <w:pPr>
        <w:jc w:val="center"/>
      </w:pPr>
      <w:r>
        <w:rPr>
          <w:b/>
          <w:sz w:val="28"/>
        </w:rPr>
        <w:t>FORMULAR-MODEL PENTRU RETRAGEREA DIN CONTRACTUL DE VÂNZARE-CUMPĂRARE</w:t>
      </w:r>
    </w:p>
    <w:p w14:paraId="21D993DE" w14:textId="77777777" w:rsidR="00B123AF" w:rsidRDefault="00000000">
      <w:pPr>
        <w:jc w:val="center"/>
      </w:pPr>
      <w:r>
        <w:rPr>
          <w:i/>
          <w:sz w:val="18"/>
        </w:rPr>
        <w:t>pentru consumatori</w:t>
      </w:r>
    </w:p>
    <w:tbl>
      <w:tblPr>
        <w:tblW w:w="0" w:type="auto"/>
        <w:jc w:val="center"/>
        <w:tblLayout w:type="fixed"/>
        <w:tblLook w:val="04A0" w:firstRow="1" w:lastRow="0" w:firstColumn="1" w:lastColumn="0" w:noHBand="0" w:noVBand="1"/>
      </w:tblPr>
      <w:tblGrid>
        <w:gridCol w:w="5213"/>
        <w:gridCol w:w="5213"/>
      </w:tblGrid>
      <w:tr w:rsidR="00B123AF" w14:paraId="7EE9E5C3" w14:textId="77777777">
        <w:trPr>
          <w:jc w:val="center"/>
        </w:trPr>
        <w:tc>
          <w:tcPr>
            <w:tcW w:w="5213" w:type="dxa"/>
            <w:shd w:val="clear" w:color="auto" w:fill="EDEDED"/>
            <w:tcMar>
              <w:top w:w="80" w:type="dxa"/>
              <w:left w:w="100" w:type="dxa"/>
              <w:bottom w:w="80" w:type="dxa"/>
              <w:right w:w="100" w:type="dxa"/>
            </w:tcMar>
          </w:tcPr>
          <w:p w14:paraId="330A809E" w14:textId="77777777" w:rsidR="00B123AF" w:rsidRDefault="00000000">
            <w:r>
              <w:rPr>
                <w:b/>
              </w:rPr>
              <w:t>Vânzător</w:t>
            </w:r>
            <w:r>
              <w:rPr>
                <w:b/>
              </w:rPr>
              <w:br/>
              <w:t>DATAMATRIX s.r.o.</w:t>
            </w:r>
            <w:r>
              <w:rPr>
                <w:b/>
              </w:rPr>
              <w:br/>
              <w:t>IČ: 08220697</w:t>
            </w:r>
            <w:r>
              <w:rPr>
                <w:b/>
              </w:rPr>
              <w:br/>
              <w:t>info@eroute.cz</w:t>
            </w:r>
          </w:p>
          <w:p w14:paraId="34F5067D" w14:textId="77777777" w:rsidR="00B123AF" w:rsidRDefault="00B123AF"/>
        </w:tc>
        <w:tc>
          <w:tcPr>
            <w:tcW w:w="5213" w:type="dxa"/>
            <w:shd w:val="clear" w:color="auto" w:fill="EDEDED"/>
            <w:tcMar>
              <w:top w:w="80" w:type="dxa"/>
              <w:left w:w="100" w:type="dxa"/>
              <w:bottom w:w="80" w:type="dxa"/>
              <w:right w:w="100" w:type="dxa"/>
            </w:tcMar>
          </w:tcPr>
          <w:p w14:paraId="3706C220" w14:textId="77777777" w:rsidR="00B123AF" w:rsidRDefault="00000000">
            <w:r>
              <w:rPr>
                <w:b/>
              </w:rPr>
              <w:t>Adresa pentru returnarea produsului</w:t>
            </w:r>
            <w:r>
              <w:rPr>
                <w:b/>
              </w:rPr>
              <w:br/>
              <w:t>Stará Kysibelská 695/73b</w:t>
            </w:r>
            <w:r>
              <w:rPr>
                <w:b/>
              </w:rPr>
              <w:br/>
              <w:t>360 20 Karlovy Vary 1</w:t>
            </w:r>
          </w:p>
          <w:p w14:paraId="195221DD" w14:textId="77777777" w:rsidR="00B123AF" w:rsidRDefault="00B123AF"/>
        </w:tc>
      </w:tr>
    </w:tbl>
    <w:p w14:paraId="6E2058CE" w14:textId="77777777" w:rsidR="00B123AF" w:rsidRDefault="00000000">
      <w:r>
        <w:t>Prin prezenta vă informez că mă retrag din contractul de vânzare-cumpărare încheiat cu vânzătorul cu privire la produsul menționat mai jos:</w:t>
      </w:r>
    </w:p>
    <w:p w14:paraId="69FBD77C" w14:textId="77777777" w:rsidR="00B123AF" w:rsidRDefault="00000000">
      <w:r>
        <w:rPr>
          <w:b/>
        </w:rPr>
        <w:t>Produs:</w:t>
      </w:r>
    </w:p>
    <w:p w14:paraId="7D86AB9A"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7BC54046" w14:textId="77777777">
        <w:trPr>
          <w:jc w:val="center"/>
        </w:trPr>
        <w:tc>
          <w:tcPr>
            <w:tcW w:w="5213" w:type="dxa"/>
            <w:tcMar>
              <w:top w:w="80" w:type="dxa"/>
              <w:left w:w="100" w:type="dxa"/>
              <w:bottom w:w="80" w:type="dxa"/>
              <w:right w:w="100" w:type="dxa"/>
            </w:tcMar>
            <w:vAlign w:val="center"/>
          </w:tcPr>
          <w:p w14:paraId="327220F1" w14:textId="77777777" w:rsidR="00B123AF" w:rsidRDefault="00000000">
            <w:r>
              <w:rPr>
                <w:b/>
              </w:rPr>
              <w:t>Numărul comenzii / documentului de vânzare:</w:t>
            </w:r>
            <w:r>
              <w:rPr>
                <w:b/>
              </w:rPr>
              <w:br/>
              <w:t>........................................................</w:t>
            </w:r>
          </w:p>
        </w:tc>
        <w:tc>
          <w:tcPr>
            <w:tcW w:w="5213" w:type="dxa"/>
            <w:tcMar>
              <w:top w:w="80" w:type="dxa"/>
              <w:left w:w="100" w:type="dxa"/>
              <w:bottom w:w="80" w:type="dxa"/>
              <w:right w:w="100" w:type="dxa"/>
            </w:tcMar>
            <w:vAlign w:val="center"/>
          </w:tcPr>
          <w:p w14:paraId="5F6689E7" w14:textId="77777777" w:rsidR="00B123AF" w:rsidRDefault="00000000">
            <w:r>
              <w:br/>
              <w:t>........................................................</w:t>
            </w:r>
          </w:p>
        </w:tc>
      </w:tr>
      <w:tr w:rsidR="00B123AF" w14:paraId="1F6A94CB" w14:textId="77777777">
        <w:trPr>
          <w:jc w:val="center"/>
        </w:trPr>
        <w:tc>
          <w:tcPr>
            <w:tcW w:w="5213" w:type="dxa"/>
            <w:tcMar>
              <w:top w:w="80" w:type="dxa"/>
              <w:left w:w="100" w:type="dxa"/>
              <w:bottom w:w="80" w:type="dxa"/>
              <w:right w:w="100" w:type="dxa"/>
            </w:tcMar>
            <w:vAlign w:val="center"/>
          </w:tcPr>
          <w:p w14:paraId="593FCA12" w14:textId="77777777" w:rsidR="00B123AF" w:rsidRDefault="00000000">
            <w:r>
              <w:rPr>
                <w:b/>
              </w:rPr>
              <w:t>Data comenzii:</w:t>
            </w:r>
            <w:r>
              <w:rPr>
                <w:b/>
              </w:rPr>
              <w:br/>
              <w:t>........................................................</w:t>
            </w:r>
          </w:p>
        </w:tc>
        <w:tc>
          <w:tcPr>
            <w:tcW w:w="5213" w:type="dxa"/>
            <w:tcMar>
              <w:top w:w="80" w:type="dxa"/>
              <w:left w:w="100" w:type="dxa"/>
              <w:bottom w:w="80" w:type="dxa"/>
              <w:right w:w="100" w:type="dxa"/>
            </w:tcMar>
            <w:vAlign w:val="center"/>
          </w:tcPr>
          <w:p w14:paraId="7F37EC20" w14:textId="77777777" w:rsidR="00B123AF" w:rsidRDefault="00000000">
            <w:r>
              <w:rPr>
                <w:b/>
              </w:rPr>
              <w:t>Data primirii produsului:</w:t>
            </w:r>
            <w:r>
              <w:rPr>
                <w:b/>
              </w:rPr>
              <w:br/>
              <w:t>........................................................</w:t>
            </w:r>
          </w:p>
        </w:tc>
      </w:tr>
      <w:tr w:rsidR="00B123AF" w14:paraId="4BADB5D2" w14:textId="77777777">
        <w:trPr>
          <w:jc w:val="center"/>
        </w:trPr>
        <w:tc>
          <w:tcPr>
            <w:tcW w:w="5213" w:type="dxa"/>
            <w:tcMar>
              <w:top w:w="80" w:type="dxa"/>
              <w:left w:w="100" w:type="dxa"/>
              <w:bottom w:w="80" w:type="dxa"/>
              <w:right w:w="100" w:type="dxa"/>
            </w:tcMar>
            <w:vAlign w:val="center"/>
          </w:tcPr>
          <w:p w14:paraId="56DAEB50" w14:textId="77777777" w:rsidR="00B123AF" w:rsidRDefault="00000000">
            <w:r>
              <w:rPr>
                <w:b/>
              </w:rPr>
              <w:t>Numele și prenumele consumatorului:</w:t>
            </w:r>
            <w:r>
              <w:rPr>
                <w:b/>
              </w:rPr>
              <w:br/>
              <w:t>........................................................</w:t>
            </w:r>
          </w:p>
        </w:tc>
        <w:tc>
          <w:tcPr>
            <w:tcW w:w="5213" w:type="dxa"/>
            <w:tcMar>
              <w:top w:w="80" w:type="dxa"/>
              <w:left w:w="100" w:type="dxa"/>
              <w:bottom w:w="80" w:type="dxa"/>
              <w:right w:w="100" w:type="dxa"/>
            </w:tcMar>
            <w:vAlign w:val="center"/>
          </w:tcPr>
          <w:p w14:paraId="2782456A" w14:textId="77777777" w:rsidR="00B123AF" w:rsidRDefault="00000000">
            <w:r>
              <w:rPr>
                <w:b/>
              </w:rPr>
              <w:t>Telefon / e-mail:</w:t>
            </w:r>
            <w:r>
              <w:rPr>
                <w:b/>
              </w:rPr>
              <w:br/>
              <w:t>........................................................</w:t>
            </w:r>
          </w:p>
        </w:tc>
      </w:tr>
    </w:tbl>
    <w:p w14:paraId="6225099C" w14:textId="77777777" w:rsidR="00B123AF" w:rsidRDefault="00000000">
      <w:r>
        <w:rPr>
          <w:b/>
        </w:rPr>
        <w:t>Adresa consumatorului:</w:t>
      </w:r>
    </w:p>
    <w:p w14:paraId="41EE9B16" w14:textId="77777777" w:rsidR="00B123AF" w:rsidRDefault="00000000">
      <w:pPr>
        <w:spacing w:after="40"/>
      </w:pPr>
      <w:r>
        <w:t>................................................................................................................................................................</w:t>
      </w:r>
    </w:p>
    <w:p w14:paraId="79C066AB" w14:textId="77777777" w:rsidR="00B123AF" w:rsidRDefault="00000000">
      <w:r>
        <w:rPr>
          <w:b/>
        </w:rPr>
        <w:t>Modalitatea de returnare a produsului către vânzător:</w:t>
      </w:r>
    </w:p>
    <w:p w14:paraId="652F997E" w14:textId="77777777" w:rsidR="00B123AF" w:rsidRDefault="00000000">
      <w:pPr>
        <w:spacing w:after="80"/>
      </w:pPr>
      <w:r>
        <w:t>☐ personal la adresa indicată mai sus     ☐ prin transportator / în alt mod</w:t>
      </w:r>
    </w:p>
    <w:p w14:paraId="6E205BD9" w14:textId="77777777" w:rsidR="00B123AF" w:rsidRDefault="00000000">
      <w:r>
        <w:rPr>
          <w:b/>
        </w:rPr>
        <w:t>Rambursarea sumelor plătite:</w:t>
      </w:r>
    </w:p>
    <w:p w14:paraId="6A70954E" w14:textId="77777777" w:rsidR="00B123AF" w:rsidRDefault="00000000">
      <w:r>
        <w:t>Sumele plătite vor fi rambursate prin aceeași modalitate prin care au fost primite de vânzător, cu excepția cazului în care părțile convin altfel. Dacă solicit rambursarea într-un cont bancar, indic:</w:t>
      </w:r>
    </w:p>
    <w:p w14:paraId="7C1CCCBD" w14:textId="77777777" w:rsidR="00B123AF" w:rsidRDefault="00000000">
      <w:r>
        <w:t>Numărul contului: ........................................................ / ....................</w:t>
      </w:r>
    </w:p>
    <w:p w14:paraId="77E77514" w14:textId="2FC01F44" w:rsidR="00B123AF" w:rsidRDefault="00000000">
      <w:pPr>
        <w:spacing w:before="60" w:after="120"/>
      </w:pPr>
      <w:r>
        <w:rPr>
          <w:b/>
        </w:rPr>
        <w:t xml:space="preserve">Informații privind retragerea: Produsul trebuie returnat vânzătorului în termen de cel mult 14 zile de la retragerea din contract. Costurile aferente returnării produsului sunt suportate de consumator, inclusiv în cazul în care, prin natura sa, produsul nu poate fi returnat în mod obișnuit prin poștă. Vânzătorul nu este obligat să ramburseze sumele primite înainte ca produsul să îi fie returnat de consumator sau înainte ca acesta să facă dovada că a expediat produsul către vânzător. Detaliile sunt prevăzute la art. 5 din Termenii și condițiile </w:t>
      </w:r>
      <w:proofErr w:type="spellStart"/>
      <w:r>
        <w:rPr>
          <w:b/>
        </w:rPr>
        <w:t>Eroute</w:t>
      </w:r>
      <w:proofErr w:type="spellEnd"/>
      <w:r>
        <w:rPr>
          <w:b/>
        </w:rPr>
        <w:t xml:space="preserve">, </w:t>
      </w:r>
      <w:proofErr w:type="spellStart"/>
      <w:r>
        <w:rPr>
          <w:b/>
        </w:rPr>
        <w:t>disponibili</w:t>
      </w:r>
      <w:proofErr w:type="spellEnd"/>
      <w:r>
        <w:rPr>
          <w:b/>
        </w:rPr>
        <w:t xml:space="preserve"> la </w:t>
      </w:r>
      <w:r w:rsidR="000464A6" w:rsidRPr="000464A6">
        <w:rPr>
          <w:b/>
        </w:rPr>
        <w:t>https://www.eroute.ro/termeni-si-conditii/</w:t>
      </w:r>
      <w:r w:rsidR="000464A6">
        <w:rPr>
          <w:b/>
        </w:rPr>
        <w:t>.</w:t>
      </w:r>
    </w:p>
    <w:tbl>
      <w:tblPr>
        <w:tblW w:w="0" w:type="auto"/>
        <w:jc w:val="center"/>
        <w:tblLook w:val="04A0" w:firstRow="1" w:lastRow="0" w:firstColumn="1" w:lastColumn="0" w:noHBand="0" w:noVBand="1"/>
      </w:tblPr>
      <w:tblGrid>
        <w:gridCol w:w="3475"/>
        <w:gridCol w:w="3475"/>
        <w:gridCol w:w="3475"/>
      </w:tblGrid>
      <w:tr w:rsidR="00B123AF" w14:paraId="386CF9A4" w14:textId="77777777">
        <w:trPr>
          <w:jc w:val="center"/>
        </w:trPr>
        <w:tc>
          <w:tcPr>
            <w:tcW w:w="3475" w:type="dxa"/>
            <w:tcMar>
              <w:top w:w="100" w:type="dxa"/>
              <w:left w:w="80" w:type="dxa"/>
              <w:bottom w:w="100" w:type="dxa"/>
              <w:right w:w="80" w:type="dxa"/>
            </w:tcMar>
          </w:tcPr>
          <w:p w14:paraId="05837B3A" w14:textId="77777777" w:rsidR="00B123AF" w:rsidRDefault="00000000">
            <w:r>
              <w:t>În ........................................</w:t>
            </w:r>
          </w:p>
        </w:tc>
        <w:tc>
          <w:tcPr>
            <w:tcW w:w="3475" w:type="dxa"/>
            <w:tcMar>
              <w:top w:w="100" w:type="dxa"/>
              <w:left w:w="80" w:type="dxa"/>
              <w:bottom w:w="100" w:type="dxa"/>
              <w:right w:w="80" w:type="dxa"/>
            </w:tcMar>
          </w:tcPr>
          <w:p w14:paraId="201B1665" w14:textId="77777777" w:rsidR="00B123AF" w:rsidRDefault="00000000">
            <w:r>
              <w:t>la data de ........................................</w:t>
            </w:r>
          </w:p>
        </w:tc>
        <w:tc>
          <w:tcPr>
            <w:tcW w:w="3475" w:type="dxa"/>
            <w:tcMar>
              <w:top w:w="100" w:type="dxa"/>
              <w:left w:w="80" w:type="dxa"/>
              <w:bottom w:w="100" w:type="dxa"/>
              <w:right w:w="80" w:type="dxa"/>
            </w:tcMar>
          </w:tcPr>
          <w:p w14:paraId="4A36EE9E" w14:textId="77777777" w:rsidR="00B123AF" w:rsidRDefault="00000000">
            <w:r>
              <w:t>Semnătura consumatorului:</w:t>
            </w:r>
            <w:r>
              <w:br/>
              <w:t>........................................</w:t>
            </w:r>
          </w:p>
        </w:tc>
      </w:tr>
    </w:tbl>
    <w:p w14:paraId="47B1E50A" w14:textId="77777777" w:rsidR="00B123AF" w:rsidRDefault="00000000">
      <w:pPr>
        <w:spacing w:before="140"/>
      </w:pPr>
      <w:r>
        <w:rPr>
          <w:b/>
        </w:rPr>
        <w:t>Notă: Utilizarea acestui formular nu este obligatorie. Retragerea poate fi efectuată și prin intermediul funcției de retragere disponibile în interfața web a magazinului, în conformitate cu art. 5.8 din Termenii și condițiile comerciale.</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4A6"/>
    <w:rsid w:val="0006063C"/>
    <w:rsid w:val="0015074B"/>
    <w:rsid w:val="0029639D"/>
    <w:rsid w:val="00326F90"/>
    <w:rsid w:val="00434B9D"/>
    <w:rsid w:val="00AA1D8D"/>
    <w:rsid w:val="00B123A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65A19"/>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0464A6"/>
    <w:rPr>
      <w:color w:val="0000FF" w:themeColor="hyperlink"/>
      <w:u w:val="single"/>
    </w:rPr>
  </w:style>
  <w:style w:type="character" w:styleId="Nevyeenzmnka">
    <w:name w:val="Unresolved Mention"/>
    <w:basedOn w:val="Standardnpsmoodstavce"/>
    <w:uiPriority w:val="99"/>
    <w:semiHidden/>
    <w:unhideWhenUsed/>
    <w:rsid w:val="0004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2415</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3</cp:revision>
  <dcterms:created xsi:type="dcterms:W3CDTF">2026-10-04T16:36:00Z</dcterms:created>
  <dcterms:modified xsi:type="dcterms:W3CDTF">2026-10-04T16:57:00Z</dcterms:modified>
  <cp:category/>
</cp:coreProperties>
</file>